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PURCHASE ORDER</w:t>
      </w:r>
    </w:p>
    <w:p>
      <w:r>
        <w:t>To: Stationery Hub</w:t>
        <w:br/>
        <w:t>Date: 03-Jul-2026</w:t>
        <w:br/>
        <w:t>Doc No: PO-01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10000.00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Pens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15000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Stationery Hub</w:t>
        <w:br/>
      </w:r>
    </w:p>
    <w:p>
      <w:pPr>
        <w:jc w:val="center"/>
      </w:pPr>
      <w:r>
        <w:rPr>
          <w:b/>
          <w:sz w:val="32"/>
        </w:rPr>
        <w:t>GOODS RECEIVED NOTE</w:t>
      </w:r>
    </w:p>
    <w:p>
      <w:r>
        <w:t>To: YOUR COMPANY</w:t>
        <w:br/>
        <w:t>Date: 05-Jul-2026</w:t>
        <w:br/>
        <w:t>Doc No: GRN-01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Pens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Stationery Hub</w:t>
        <w:br/>
      </w:r>
    </w:p>
    <w:p>
      <w:pPr>
        <w:jc w:val="center"/>
      </w:pPr>
      <w:r>
        <w:rPr>
          <w:b/>
          <w:sz w:val="32"/>
        </w:rPr>
        <w:t>TAX INVOICE</w:t>
      </w:r>
    </w:p>
    <w:p>
      <w:r>
        <w:t>To: YOUR COMPANY</w:t>
        <w:br/>
        <w:t>Date: 07-Jul-2026</w:t>
        <w:br/>
        <w:t>Doc No: PI-01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10000.00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Pens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DEBIT NOTE</w:t>
      </w:r>
    </w:p>
    <w:p>
      <w:r>
        <w:t>To: Stationery Hub</w:t>
        <w:br/>
        <w:t>Date: 09-Jul-2026</w:t>
        <w:br/>
        <w:t>Doc No: DN-01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Pens (Damaged)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1100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Office World</w:t>
        <w:br/>
      </w:r>
    </w:p>
    <w:p>
      <w:pPr>
        <w:jc w:val="center"/>
      </w:pPr>
      <w:r>
        <w:rPr>
          <w:b/>
          <w:sz w:val="32"/>
        </w:rPr>
        <w:t>SALES ORDER</w:t>
      </w:r>
    </w:p>
    <w:p>
      <w:r>
        <w:t>To: YOUR COMPANY</w:t>
        <w:br/>
        <w:t>Date: 10-Jul-2026</w:t>
        <w:br/>
        <w:t>Doc No: SO-01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800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16000.00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DELIVERY ORDER</w:t>
      </w:r>
    </w:p>
    <w:p>
      <w:r>
        <w:t>To: Office World</w:t>
        <w:br/>
        <w:t>Date: 12-Jul-2026</w:t>
        <w:br/>
        <w:t>Doc No: DO-01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800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TAX INVOICE</w:t>
      </w:r>
    </w:p>
    <w:p>
      <w:r>
        <w:t>To: Office World</w:t>
        <w:br/>
        <w:t>Date: 12-Jul-2026</w:t>
        <w:br/>
        <w:t>Doc No: IV-01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800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16000.00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17600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CREDIT NOTE</w:t>
      </w:r>
    </w:p>
    <w:p>
      <w:r>
        <w:t>To: Office World</w:t>
        <w:br/>
        <w:t>Date: 15-Jul-2026</w:t>
        <w:br/>
        <w:t>Doc No: CN-01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A4 Paper (Damaged)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1100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Stationery Hub</w:t>
        <w:br/>
        <w:t>Date: 18-Jul-2026</w:t>
        <w:br/>
        <w:t>Doc No: PV-01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Payment for PI-01 &amp; DN-01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15400.00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15400.00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15400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15400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Office World</w:t>
        <w:br/>
      </w:r>
    </w:p>
    <w:p>
      <w:pPr>
        <w:jc w:val="center"/>
      </w:pPr>
      <w:r>
        <w:rPr>
          <w:b/>
          <w:sz w:val="32"/>
        </w:rPr>
        <w:t>OFFICIAL RECEIPT</w:t>
      </w:r>
    </w:p>
    <w:p>
      <w:r>
        <w:t>To: YOUR COMPANY</w:t>
        <w:br/>
        <w:t>Date: 20-Jul-2026</w:t>
        <w:br/>
        <w:t>Doc No: OR-01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Payment for IV-01 &amp; CN-01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16500.00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16500.00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MAYBANK</w:t>
        <w:br/>
      </w:r>
    </w:p>
    <w:p>
      <w:pPr>
        <w:jc w:val="center"/>
      </w:pPr>
      <w:r>
        <w:rPr>
          <w:b/>
          <w:sz w:val="32"/>
        </w:rPr>
        <w:t>BANK MEMO (BOUNCED CHEQUE)</w:t>
      </w:r>
    </w:p>
    <w:p>
      <w:r>
        <w:t>To: YOUR COMPANY</w:t>
        <w:br/>
        <w:t>Date: 22-Jul-2026</w:t>
        <w:br/>
        <w:t>Doc No: BR-01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Return of Cheque (Insufficient Funds)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16500.00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16500.00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16500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CASH RECEIPT</w:t>
      </w:r>
    </w:p>
    <w:p>
      <w:r>
        <w:t>To: Walk-in Customer</w:t>
        <w:br/>
        <w:t>Date: 24-Jul-2026</w:t>
        <w:br/>
        <w:t>Doc No: CS-01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Pens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2200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Petty Cash</w:t>
        <w:br/>
        <w:t>Date: 25-Jul-2026</w:t>
        <w:br/>
        <w:t>Doc No: PV-02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Cash Withdrawal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TNB Utilities</w:t>
        <w:br/>
        <w:t>Date: 26-Jul-2026</w:t>
        <w:br/>
        <w:t>Doc No: PV-03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Utility Payment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300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300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Employees</w:t>
        <w:br/>
        <w:t>Date: 28-Jul-2026</w:t>
        <w:br/>
        <w:t>Doc No: PV-04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Salary Payment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