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KOMPAS INTERNATIONAL COLLEGE</w:t>
        <w:br/>
        <w:t>COMPUTERISED ACCOUNTING SKILLS LEVEL 2 (ASE20095)</w:t>
      </w:r>
    </w:p>
    <w:p>
      <w:pPr>
        <w:jc w:val="center"/>
      </w:pPr>
      <w:r>
        <w:rPr>
          <w:i/>
        </w:rPr>
        <w:t>Assignment 1 - Comprehensive (50% / 50 Marks)</w:t>
        <w:br/>
        <w:t>Semester: JULY 2026 SEMESTER</w:t>
        <w:br/>
        <w:t>Lecturer: Thong Wai Yee</w:t>
      </w:r>
    </w:p>
    <w:p>
      <w:r>
        <w:t>STUDENT'S NAME: ________________________________</w:t>
        <w:tab/>
        <w:tab/>
        <w:t>DATE: ____________</w:t>
        <w:br/>
      </w:r>
    </w:p>
    <w:p>
      <w:r>
        <w:rPr>
          <w:b/>
        </w:rPr>
        <w:t>Important Note: This assignment covers the full accounting cycle including Orders, Deliveries, Returns, and Bounced Cheques. Refer strictly to ASG1_Source_Documents.docx for the realistic source documents.</w:t>
      </w:r>
    </w:p>
    <w:p>
      <w:r>
        <w:t>F-1 : On 1 July 2026, setup your company database and input the following opening balances: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Account Name</w:t>
            </w:r>
          </w:p>
        </w:tc>
        <w:tc>
          <w:tcPr>
            <w:tcW w:type="dxa" w:w="288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Debit (RM)</w:t>
            </w:r>
          </w:p>
        </w:tc>
        <w:tc>
          <w:tcPr>
            <w:tcW w:type="dxa" w:w="288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Credit (RM)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Share Capital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100,000.00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Cash in Hand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5,000.00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Bank Current Account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60,000.00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Closing Stock (A4 Paper &amp; Pens)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15,000.00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Delivery Van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  <w:t>20,000.00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sz w:val="20"/>
              </w:rPr>
            </w:r>
          </w:p>
        </w:tc>
      </w:tr>
    </w:tbl>
    <w:p>
      <w:r>
        <w:br/>
        <w:t>F-2 : On 03/07/2026, send a Purchase Order (PO-01) to Stationery Hub for 1000 A4 Paper (@ RM10) and 500 Pens (@ RM10).</w:t>
      </w:r>
    </w:p>
    <w:p>
      <w:r>
        <w:br/>
        <w:t>F-3 : On 05/07/2026, Goods Received Note (GRN-01) issued. Received all items from PO-01.</w:t>
      </w:r>
    </w:p>
    <w:p>
      <w:r>
        <w:br/>
        <w:t>F-4 : On 07/07/2026, receive Tax Invoice (PI-01) from Stationery Hub. 10% SST is applicable.</w:t>
      </w:r>
    </w:p>
    <w:p>
      <w:r>
        <w:br/>
        <w:t>F-5 : On 09/07/2026, you discovered 100 Pens were damaged. Issue a Purchase Return/Debit Note (DN-01) to Stationery Hub for RM 1,000 + 10% SST.</w:t>
      </w:r>
    </w:p>
    <w:p>
      <w:r>
        <w:br/>
        <w:t>F-6 : On 10/07/2026, receive a Sales Order (SO-01) from Office World for 800 A4 Paper (@ RM20).</w:t>
      </w:r>
    </w:p>
    <w:p>
      <w:r>
        <w:br/>
        <w:t>F-7 : On 12/07/2026, deliver goods via Delivery Order (DO-01) and issue Tax Invoice (IV-01). 10% SST is applicable.</w:t>
      </w:r>
    </w:p>
    <w:p>
      <w:r>
        <w:br/>
        <w:t>F-8 : On 15/07/2026, Office World returned 50 damaged A4 Paper. Issue a Sales Credit Note (CN-01) for RM 1,000 + 10% SST.</w:t>
      </w:r>
    </w:p>
    <w:p>
      <w:r>
        <w:br/>
        <w:t>F-9 : On 18/07/2026, issue Payment Voucher (PV-01) to Stationery Hub for RM 15,400 via Bank to knock off PI-01 &amp; DN-01.</w:t>
      </w:r>
    </w:p>
    <w:p>
      <w:r>
        <w:br/>
        <w:t>F-10 : On 20/07/2026, receive Official Receipt (OR-01) from Office World for RM 16,500 via Bank to knock off IV-01 &amp; CN-01.</w:t>
      </w:r>
    </w:p>
    <w:p>
      <w:r>
        <w:br/>
        <w:t>F-11 : On 22/07/2026, the cheque from Office World for RM 16,500 bounced (Insufficient funds). Record this bounced cheque.</w:t>
      </w:r>
    </w:p>
    <w:p>
      <w:r>
        <w:br/>
        <w:t>F-12 : On 24/07/2026, process a Cash Sale (CS-01) to a Walk-in Customer for 100 Pens @ RM 20. Include 10% SST. Payment received in Cash.</w:t>
      </w:r>
    </w:p>
    <w:p>
      <w:r>
        <w:br/>
        <w:t>F-13 : On 25/07/2026, withdraw RM 1,000 cash from Bank for Petty Cash (PV-02). Dr Cash, Cr Bank.</w:t>
      </w:r>
    </w:p>
    <w:p>
      <w:r>
        <w:br/>
        <w:t>F-14 : On 26/07/2026, pay Utilities RM 300 using Cash (PV-03).</w:t>
      </w:r>
    </w:p>
    <w:p>
      <w:r>
        <w:br/>
        <w:t>F-15 : On 28/07/2026, pay Salary RM 2,000 using Bank (PV-04).</w:t>
      </w:r>
    </w:p>
    <w:p>
      <w:r>
        <w:br/>
        <w:t>F-16 : On 31/07/2026, issue Journal Entry (JV-01) to record depreciation on Delivery Van for RM 500.</w:t>
      </w:r>
    </w:p>
    <w:p>
      <w:r>
        <w:br/>
        <w:t>F-17 : On 31/07/2026, input the Closing Stock value of RM 20,500.</w:t>
      </w:r>
    </w:p>
    <w:p>
      <w:r>
        <w:rPr>
          <w:b/>
        </w:rPr>
        <w:br/>
        <w:t>Task I : Backup &amp; Folder</w:t>
        <w:br/>
      </w:r>
    </w:p>
    <w:p>
      <w:r>
        <w:t>Please generate your SST-02 file and backup your database.</w:t>
      </w:r>
    </w:p>
    <w:p>
      <w:r>
        <w:rPr>
          <w:b/>
        </w:rPr>
        <w:br/>
        <w:t>Net Profit as at 31/07/2026: RM 5,700.00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